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PRESSEMITTEILUNG</w:t>
      </w:r>
    </w:p>
    <w:p>
      <w:pPr>
        <w:pStyle w:val="Title"/>
        <w:spacing w:after="160"/>
      </w:pPr>
      <w:r>
        <w:rPr>
          <w:sz w:val="42"/>
        </w:rPr>
        <w:t>Renewstory entwickelt aus Unternehmenswebsites Ideen für digitale Produkte</w:t>
      </w:r>
    </w:p>
    <w:p>
      <w:pPr>
        <w:spacing w:after="200"/>
      </w:pPr>
      <w:r>
        <w:t>Digitale Produkte für Unternehmen aller Branchen und Größen</w:t>
      </w:r>
    </w:p>
    <w:p>
      <w:r>
        <w:t>Angern, 15. Oktober 2026 – Renewstory hilft Unternehmen, ihr bestehendes Angebot um digitale Produkte und Services zu erweitern. Ausgangspunkt ist die eigene Unternehmenswebsite: Die Plattform analysiert die dort beschriebenen Leistungen und Zielgruppen und schlägt dazu passende digitale Anwendungen vor. Websiteanalyse und Produktideen sind kostenlos. Unternehmen entscheiden anschließend selbst, ob sie eine Idee weiterverfolgen möchten.</w:t>
      </w:r>
    </w:p>
    <w:p>
      <w:r>
        <w:t>Viele Unternehmen verfügen über Fachwissen, das Kunden auch zwischen persönlichen Terminen unterstützen kann. Renewstory setzt hier an: Aus vorhandenen Leistungen sollen digitale Werkzeuge entstehen, die eine konkrete Aufgabe übernehmen – etwa planen, Informationen aufbereiten oder Entscheidungen vorbereiten.</w:t>
      </w:r>
    </w:p>
    <w:p>
      <w:r>
        <w:t>Mögliche Anwendungen sind ein Pflegeplaner für Gartenbaubetriebe, ein digitaler Anlagenpass für Heizungs- und Klimabetriebe oder ein Werkzeug zur Farbberatung für Malerbetriebe. Solche Anwendungen können das Angebot des jeweiligen Unternehmens ergänzen und Kunden bei wiederkehrenden Fragen im Alltag helfen. Unternehmen können mit Renewstory auch neue SaaS-Dienste entwickeln und diese eigenständig unter ihrer eigenen Marke vermarkten.</w:t>
      </w:r>
    </w:p>
    <w:p>
      <w:pPr>
        <w:keepNext/>
        <w:spacing w:before="100" w:after="80"/>
      </w:pPr>
      <w:r>
        <w:rPr>
          <w:b/>
        </w:rPr>
        <w:t>Von der Produktidee bis zum Betrieb</w:t>
      </w:r>
    </w:p>
    <w:p>
      <w:r>
        <w:t>Die ausgewählte App wird innerhalb weniger Minuten automatisiert entwickelt – zum Festpreis von nur 199 Euro inklusive Mehrwertsteuer. Das Angebot umfasst fünf Schritte: Websiteanalyse, Produktideen, Bewertung des Marktpotenzials, Entwicklung und Betrieb sowie Social-Media-Vermarktung. Nach der kostenlosen Analyse lassen sich Ideen zunächst genauer bewerten oder zur Entwicklung auswählen. Renewstory bietet dafür die Erstellung der Anwendung sowie Hosting und Wartung an. Ergänzend können Unternehmen Social-Media-Beiträge für ihr digitales Produkt erstellen lassen.</w:t>
      </w:r>
    </w:p>
    <w:p>
      <w:r>
        <w:t>Die Bewertung des Marktpotenzials kostet einmalig 49 Euro. Die App-Entwicklung kostet einmalig 199 Euro inklusive Mehrwertsteuer. Hosting und Wartung kosten zusätzlich 79 Euro monatlich. Das ergänzende Social-Media-Angebot kostet 39 Euro pro App und Monat. Alle genannten Preise sind Bruttopreise inklusive Mehrwertsteuer. Für die kostenlose Analyse und gespeicherte Ergebnisse ist ein kostenloses Konto erforderlich; daraus entsteht keine Kaufverpflichtung.</w:t>
      </w:r>
    </w:p>
    <w:p>
      <w:r>
        <w:t>Weitere Informationen, Anwendungsbeispiele und der Einstieg in die kostenlose Websiteanalyse sind unter https://renewstory.com/de/ verfügbar.</w:t>
      </w:r>
    </w:p>
    <w:p>
      <w:pPr>
        <w:keepNext/>
        <w:spacing w:before="100" w:after="80"/>
      </w:pPr>
      <w:r>
        <w:rPr>
          <w:b/>
        </w:rPr>
        <w:t>Über Renewstory</w:t>
      </w:r>
    </w:p>
    <w:p>
      <w:r>
        <w:t>Renewstory ist ein Angebot der Paragamix GmbH mit Sitz in Angern, Sachsen-Anhalt. Die Plattform unterstützt Unternehmen dabei, aus ihrem Fachwissen und ihren bestehenden Leistungen digitale Produkte und Services zu entwickeln. Renewstory richtet sich an Unternehmen aller Branchen und Größen, die ihr bestehendes Angebot durch digitale Produkte und Services erweitern möchten.</w:t>
      </w:r>
    </w:p>
    <w:p>
      <w:pPr>
        <w:keepNext/>
        <w:spacing w:before="100" w:after="80"/>
      </w:pPr>
      <w:r>
        <w:rPr>
          <w:b/>
        </w:rPr>
        <w:t>Pressekontakt</w:t>
      </w:r>
    </w:p>
    <w:p>
      <w:r>
        <w:rPr>
          <w:sz w:val="20"/>
        </w:rPr>
        <w:t>Paragamix GmbH · Renewstory</w:t>
        <w:br/>
        <w:t>Alte Dorfstraße 37 · 39326 Angern</w:t>
        <w:br/>
        <w:t>info@renewstory.com · https://renewstory.com</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Renewstory entwickelt aus Unternehmenswebsites Ideen für digitale Produkte</dc:title>
  <dc:subject/>
  <dc:creator>Renewstory | Paragamix GmbH</dc:creator>
  <cp:keywords/>
  <dc:description>generated by python-docx</dc:description>
  <cp:lastModifiedBy/>
  <cp:revision>1</cp:revision>
  <dcterms:created xsi:type="dcterms:W3CDTF">2013-12-23T23:15:00Z</dcterms:created>
  <dcterms:modified xsi:type="dcterms:W3CDTF">2013-12-23T23:15:00Z</dcterms:modified>
  <cp:category/>
</cp:coreProperties>
</file>